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BF7" w:rsidRDefault="008B308F">
      <w:pPr>
        <w:pStyle w:val="Titolo"/>
        <w:jc w:val="center"/>
      </w:pPr>
      <w:bookmarkStart w:id="0" w:name="_GoBack"/>
      <w:bookmarkEnd w:id="0"/>
      <w:proofErr w:type="spellStart"/>
      <w:r>
        <w:t>Manifestazione</w:t>
      </w:r>
      <w:proofErr w:type="spellEnd"/>
      <w:r>
        <w:t xml:space="preserve"> di </w:t>
      </w:r>
      <w:proofErr w:type="spellStart"/>
      <w:r>
        <w:t>interesse</w:t>
      </w:r>
      <w:proofErr w:type="spellEnd"/>
      <w:r>
        <w:t xml:space="preserve"> a partecipare al Contest</w:t>
      </w:r>
      <w:r>
        <w:br/>
        <w:t>“Sapori del Belice: L’Eccellenza in Tavola”</w:t>
      </w:r>
    </w:p>
    <w:p w:rsidR="003D4BF7" w:rsidRDefault="008B308F">
      <w:pPr>
        <w:jc w:val="center"/>
      </w:pPr>
      <w:r>
        <w:rPr>
          <w:i/>
        </w:rPr>
        <w:t>Modulo da compilare, sottoscrivere e trasmettere unitamente alla documentazione richiesta</w:t>
      </w:r>
    </w:p>
    <w:p w:rsidR="003D4BF7" w:rsidRPr="00CA5E83" w:rsidRDefault="008B308F">
      <w:pPr>
        <w:pStyle w:val="Titolo1"/>
        <w:spacing w:after="80"/>
        <w:rPr>
          <w:sz w:val="28"/>
        </w:rPr>
      </w:pPr>
      <w:r w:rsidRPr="00CA5E83">
        <w:rPr>
          <w:sz w:val="28"/>
        </w:rPr>
        <w:t>1. Dati dell’impresa richiedente</w:t>
      </w:r>
    </w:p>
    <w:tbl>
      <w:tblPr>
        <w:tblW w:w="9523" w:type="dxa"/>
        <w:jc w:val="center"/>
        <w:tblLook w:val="04A0" w:firstRow="1" w:lastRow="0" w:firstColumn="1" w:lastColumn="0" w:noHBand="0" w:noVBand="1"/>
      </w:tblPr>
      <w:tblGrid>
        <w:gridCol w:w="3916"/>
        <w:gridCol w:w="5607"/>
      </w:tblGrid>
      <w:tr w:rsidR="003D4BF7" w:rsidTr="00CA5E83">
        <w:trPr>
          <w:jc w:val="center"/>
        </w:trPr>
        <w:tc>
          <w:tcPr>
            <w:tcW w:w="39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proofErr w:type="spellStart"/>
            <w:r>
              <w:t>Ragione</w:t>
            </w:r>
            <w:proofErr w:type="spellEnd"/>
            <w:r>
              <w:t xml:space="preserve"> </w:t>
            </w:r>
            <w:proofErr w:type="spellStart"/>
            <w:r>
              <w:t>sociale</w:t>
            </w:r>
            <w:proofErr w:type="spellEnd"/>
            <w:r>
              <w:t xml:space="preserve"> / </w:t>
            </w:r>
            <w:proofErr w:type="spellStart"/>
            <w:r>
              <w:t>Ditta</w:t>
            </w:r>
            <w:proofErr w:type="spellEnd"/>
          </w:p>
        </w:tc>
        <w:tc>
          <w:tcPr>
            <w:tcW w:w="56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 w:rsidTr="00CA5E83">
        <w:trPr>
          <w:jc w:val="center"/>
        </w:trPr>
        <w:tc>
          <w:tcPr>
            <w:tcW w:w="39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Forma giuridica</w:t>
            </w:r>
          </w:p>
        </w:tc>
        <w:tc>
          <w:tcPr>
            <w:tcW w:w="56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 w:rsidTr="00CA5E83">
        <w:trPr>
          <w:jc w:val="center"/>
        </w:trPr>
        <w:tc>
          <w:tcPr>
            <w:tcW w:w="39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P. IVA / C.F.</w:t>
            </w:r>
          </w:p>
        </w:tc>
        <w:tc>
          <w:tcPr>
            <w:tcW w:w="56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 w:rsidTr="00CA5E83">
        <w:trPr>
          <w:jc w:val="center"/>
        </w:trPr>
        <w:tc>
          <w:tcPr>
            <w:tcW w:w="39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Sede legale</w:t>
            </w:r>
          </w:p>
        </w:tc>
        <w:tc>
          <w:tcPr>
            <w:tcW w:w="56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 w:rsidTr="00CA5E83">
        <w:trPr>
          <w:jc w:val="center"/>
        </w:trPr>
        <w:tc>
          <w:tcPr>
            <w:tcW w:w="39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Unità locale / indirizzo del ristorante</w:t>
            </w:r>
          </w:p>
        </w:tc>
        <w:tc>
          <w:tcPr>
            <w:tcW w:w="56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 w:rsidTr="00CA5E83">
        <w:trPr>
          <w:jc w:val="center"/>
        </w:trPr>
        <w:tc>
          <w:tcPr>
            <w:tcW w:w="39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Comune</w:t>
            </w:r>
          </w:p>
        </w:tc>
        <w:tc>
          <w:tcPr>
            <w:tcW w:w="56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 w:rsidTr="00CA5E83">
        <w:trPr>
          <w:jc w:val="center"/>
        </w:trPr>
        <w:tc>
          <w:tcPr>
            <w:tcW w:w="39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Telefono</w:t>
            </w:r>
          </w:p>
        </w:tc>
        <w:tc>
          <w:tcPr>
            <w:tcW w:w="56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 w:rsidTr="00CA5E83">
        <w:trPr>
          <w:jc w:val="center"/>
        </w:trPr>
        <w:tc>
          <w:tcPr>
            <w:tcW w:w="39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Email</w:t>
            </w:r>
          </w:p>
        </w:tc>
        <w:tc>
          <w:tcPr>
            <w:tcW w:w="56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 w:rsidTr="00CA5E83">
        <w:trPr>
          <w:jc w:val="center"/>
        </w:trPr>
        <w:tc>
          <w:tcPr>
            <w:tcW w:w="39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PEC</w:t>
            </w:r>
          </w:p>
        </w:tc>
        <w:tc>
          <w:tcPr>
            <w:tcW w:w="56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CA5E83" w:rsidTr="00CA5E83">
        <w:trPr>
          <w:jc w:val="center"/>
        </w:trPr>
        <w:tc>
          <w:tcPr>
            <w:tcW w:w="39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CA5E83" w:rsidRDefault="00CA5E83" w:rsidP="00CA5E83">
            <w:pPr>
              <w:spacing w:after="0"/>
            </w:pPr>
            <w:proofErr w:type="spellStart"/>
            <w:r>
              <w:t>Sito</w:t>
            </w:r>
            <w:proofErr w:type="spellEnd"/>
            <w:r>
              <w:t xml:space="preserve"> web (</w:t>
            </w:r>
            <w:proofErr w:type="spellStart"/>
            <w:r>
              <w:t>Url</w:t>
            </w:r>
            <w:proofErr w:type="spellEnd"/>
            <w:r>
              <w:t>):</w:t>
            </w:r>
          </w:p>
        </w:tc>
        <w:tc>
          <w:tcPr>
            <w:tcW w:w="56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CA5E83" w:rsidRDefault="00CA5E83">
            <w:pPr>
              <w:spacing w:after="0"/>
            </w:pPr>
          </w:p>
        </w:tc>
      </w:tr>
      <w:tr w:rsidR="003D4BF7" w:rsidTr="00CA5E83">
        <w:trPr>
          <w:jc w:val="center"/>
        </w:trPr>
        <w:tc>
          <w:tcPr>
            <w:tcW w:w="39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CA5E83">
            <w:pPr>
              <w:spacing w:after="0"/>
            </w:pPr>
            <w:proofErr w:type="spellStart"/>
            <w:r>
              <w:t>P</w:t>
            </w:r>
            <w:r w:rsidR="008B308F">
              <w:t>agina</w:t>
            </w:r>
            <w:proofErr w:type="spellEnd"/>
            <w:r w:rsidR="008B308F">
              <w:t xml:space="preserve"> social</w:t>
            </w:r>
            <w:r>
              <w:t xml:space="preserve"> (</w:t>
            </w:r>
            <w:proofErr w:type="spellStart"/>
            <w:r>
              <w:t>principale</w:t>
            </w:r>
            <w:proofErr w:type="spellEnd"/>
            <w:r>
              <w:t>)</w:t>
            </w:r>
          </w:p>
        </w:tc>
        <w:tc>
          <w:tcPr>
            <w:tcW w:w="56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</w:tbl>
    <w:p w:rsidR="003D4BF7" w:rsidRPr="00CA5E83" w:rsidRDefault="008B308F">
      <w:pPr>
        <w:pStyle w:val="Titolo1"/>
        <w:spacing w:after="80"/>
        <w:rPr>
          <w:sz w:val="28"/>
        </w:rPr>
      </w:pPr>
      <w:r w:rsidRPr="00CA5E83">
        <w:rPr>
          <w:sz w:val="28"/>
        </w:rPr>
        <w:t>2. Legale rappresentante / referente operativo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48"/>
        <w:gridCol w:w="6577"/>
      </w:tblGrid>
      <w:tr w:rsidR="003D4BF7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Nome e cognome</w:t>
            </w:r>
          </w:p>
        </w:tc>
        <w:tc>
          <w:tcPr>
            <w:tcW w:w="65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Luogo e data di nascita</w:t>
            </w:r>
          </w:p>
        </w:tc>
        <w:tc>
          <w:tcPr>
            <w:tcW w:w="65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Codice fiscale</w:t>
            </w:r>
          </w:p>
        </w:tc>
        <w:tc>
          <w:tcPr>
            <w:tcW w:w="65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Ruolo / qualifica</w:t>
            </w:r>
          </w:p>
        </w:tc>
        <w:tc>
          <w:tcPr>
            <w:tcW w:w="65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Telefono diretto</w:t>
            </w:r>
          </w:p>
        </w:tc>
        <w:tc>
          <w:tcPr>
            <w:tcW w:w="65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Email diretta</w:t>
            </w:r>
          </w:p>
        </w:tc>
        <w:tc>
          <w:tcPr>
            <w:tcW w:w="65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</w:tbl>
    <w:p w:rsidR="003D4BF7" w:rsidRDefault="008B308F">
      <w:pPr>
        <w:pStyle w:val="Titolo1"/>
        <w:spacing w:after="80"/>
      </w:pPr>
      <w:r w:rsidRPr="00CA5E83">
        <w:rPr>
          <w:sz w:val="28"/>
        </w:rPr>
        <w:t xml:space="preserve">3. </w:t>
      </w:r>
      <w:proofErr w:type="spellStart"/>
      <w:r w:rsidRPr="00CA5E83">
        <w:rPr>
          <w:sz w:val="28"/>
        </w:rPr>
        <w:t>Tipologia</w:t>
      </w:r>
      <w:proofErr w:type="spellEnd"/>
      <w:r w:rsidRPr="00CA5E83">
        <w:rPr>
          <w:sz w:val="28"/>
        </w:rPr>
        <w:t xml:space="preserve"> di </w:t>
      </w:r>
      <w:proofErr w:type="spellStart"/>
      <w:r w:rsidRPr="00CA5E83">
        <w:rPr>
          <w:sz w:val="28"/>
        </w:rPr>
        <w:t>attività</w:t>
      </w:r>
      <w:proofErr w:type="spellEnd"/>
      <w:r w:rsidR="00CA5E83">
        <w:rPr>
          <w:b w:val="0"/>
        </w:rPr>
        <w:t xml:space="preserve"> </w:t>
      </w:r>
      <w:r w:rsidR="00CA5E83">
        <w:rPr>
          <w:b w:val="0"/>
          <w:sz w:val="32"/>
          <w:szCs w:val="32"/>
        </w:rPr>
        <w:sym w:font="Wingdings" w:char="F078"/>
      </w:r>
    </w:p>
    <w:p w:rsidR="003D4BF7" w:rsidRPr="00CA5E83" w:rsidRDefault="00CA5E83">
      <w:pPr>
        <w:spacing w:after="20"/>
        <w:rPr>
          <w:sz w:val="32"/>
          <w:szCs w:val="32"/>
        </w:rPr>
      </w:pPr>
      <w:r w:rsidRPr="00CA5E83">
        <w:rPr>
          <w:b/>
          <w:sz w:val="32"/>
          <w:szCs w:val="32"/>
        </w:rPr>
        <w:t xml:space="preserve">☐ </w:t>
      </w:r>
      <w:r w:rsidR="008B308F" w:rsidRPr="00CA5E83">
        <w:rPr>
          <w:sz w:val="32"/>
          <w:szCs w:val="32"/>
        </w:rPr>
        <w:t>Ristorante</w:t>
      </w:r>
    </w:p>
    <w:p w:rsidR="003D4BF7" w:rsidRPr="00CA5E83" w:rsidRDefault="008B308F">
      <w:pPr>
        <w:spacing w:after="20"/>
        <w:rPr>
          <w:sz w:val="32"/>
          <w:szCs w:val="32"/>
        </w:rPr>
      </w:pPr>
      <w:r w:rsidRPr="00CA5E83">
        <w:rPr>
          <w:b/>
          <w:sz w:val="32"/>
          <w:szCs w:val="32"/>
        </w:rPr>
        <w:t xml:space="preserve">☐ </w:t>
      </w:r>
      <w:r w:rsidRPr="00CA5E83">
        <w:rPr>
          <w:sz w:val="32"/>
          <w:szCs w:val="32"/>
        </w:rPr>
        <w:t>Trattoria</w:t>
      </w:r>
    </w:p>
    <w:p w:rsidR="003D4BF7" w:rsidRPr="00CA5E83" w:rsidRDefault="008B308F">
      <w:pPr>
        <w:spacing w:after="20"/>
        <w:rPr>
          <w:sz w:val="32"/>
          <w:szCs w:val="32"/>
        </w:rPr>
      </w:pPr>
      <w:r w:rsidRPr="00CA5E83">
        <w:rPr>
          <w:b/>
          <w:sz w:val="32"/>
          <w:szCs w:val="32"/>
        </w:rPr>
        <w:t xml:space="preserve">☐ </w:t>
      </w:r>
      <w:r w:rsidRPr="00CA5E83">
        <w:rPr>
          <w:sz w:val="32"/>
          <w:szCs w:val="32"/>
        </w:rPr>
        <w:t>Agriturismo</w:t>
      </w:r>
    </w:p>
    <w:p w:rsidR="003D4BF7" w:rsidRPr="00CA5E83" w:rsidRDefault="008B308F">
      <w:pPr>
        <w:spacing w:after="20"/>
        <w:rPr>
          <w:sz w:val="32"/>
          <w:szCs w:val="32"/>
        </w:rPr>
      </w:pPr>
      <w:r w:rsidRPr="00CA5E83">
        <w:rPr>
          <w:b/>
          <w:sz w:val="32"/>
          <w:szCs w:val="32"/>
        </w:rPr>
        <w:t xml:space="preserve">☐ </w:t>
      </w:r>
      <w:r w:rsidRPr="00CA5E83">
        <w:rPr>
          <w:sz w:val="32"/>
          <w:szCs w:val="32"/>
        </w:rPr>
        <w:t>Osteria</w:t>
      </w:r>
    </w:p>
    <w:p w:rsidR="003D4BF7" w:rsidRPr="00CA5E83" w:rsidRDefault="008B308F">
      <w:pPr>
        <w:spacing w:after="20"/>
        <w:rPr>
          <w:sz w:val="32"/>
          <w:szCs w:val="32"/>
        </w:rPr>
      </w:pPr>
      <w:r w:rsidRPr="00CA5E83">
        <w:rPr>
          <w:b/>
          <w:sz w:val="32"/>
          <w:szCs w:val="32"/>
        </w:rPr>
        <w:t xml:space="preserve">☐ </w:t>
      </w:r>
      <w:r w:rsidRPr="00CA5E83">
        <w:rPr>
          <w:sz w:val="32"/>
          <w:szCs w:val="32"/>
        </w:rPr>
        <w:t>Home Restaurant</w:t>
      </w:r>
    </w:p>
    <w:p w:rsidR="003D4BF7" w:rsidRPr="00CA5E83" w:rsidRDefault="008B308F">
      <w:pPr>
        <w:spacing w:after="20"/>
        <w:rPr>
          <w:sz w:val="32"/>
          <w:szCs w:val="32"/>
        </w:rPr>
      </w:pPr>
      <w:r w:rsidRPr="00CA5E83">
        <w:rPr>
          <w:b/>
          <w:sz w:val="32"/>
          <w:szCs w:val="32"/>
        </w:rPr>
        <w:t xml:space="preserve">☐ </w:t>
      </w:r>
      <w:r w:rsidRPr="00CA5E83">
        <w:rPr>
          <w:sz w:val="32"/>
          <w:szCs w:val="32"/>
        </w:rPr>
        <w:t>Altro: ________________________________</w:t>
      </w:r>
    </w:p>
    <w:p w:rsidR="003D4BF7" w:rsidRPr="00CA5E83" w:rsidRDefault="008B308F">
      <w:pPr>
        <w:pStyle w:val="Titolo1"/>
        <w:spacing w:after="80"/>
        <w:rPr>
          <w:sz w:val="28"/>
        </w:rPr>
      </w:pPr>
      <w:r w:rsidRPr="00CA5E83">
        <w:rPr>
          <w:sz w:val="28"/>
        </w:rPr>
        <w:lastRenderedPageBreak/>
        <w:t>4. Manifestazione di interesse</w:t>
      </w:r>
    </w:p>
    <w:p w:rsidR="003D4BF7" w:rsidRPr="00CA5E83" w:rsidRDefault="008B308F" w:rsidP="00CA5E83">
      <w:pPr>
        <w:spacing w:after="80"/>
        <w:jc w:val="both"/>
        <w:rPr>
          <w:sz w:val="24"/>
          <w:szCs w:val="24"/>
        </w:rPr>
      </w:pPr>
      <w:r w:rsidRPr="00CA5E83">
        <w:rPr>
          <w:sz w:val="24"/>
          <w:szCs w:val="24"/>
        </w:rPr>
        <w:t>Il/La sottoscritto/a, in qualità di legale rappresentante o soggetto delegato dell’impresa sopra indicata, manifesta l’interesse a partecipare al Contest “Sapori del Belice: L’Eccellenza in Tavola”, promosso da Visit Belice, dichiarando di voler proporre un menù completo dedicato all’iniziativa, composto da antipasto, primo, secondo e dolce, realizzato con materie prime e prodotti identitari del Belice in misura almeno pari al 70%.</w:t>
      </w:r>
    </w:p>
    <w:p w:rsidR="003D4BF7" w:rsidRPr="00CA5E83" w:rsidRDefault="008B308F" w:rsidP="00CA5E83">
      <w:pPr>
        <w:spacing w:after="20"/>
        <w:ind w:left="567" w:hanging="567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proofErr w:type="spellStart"/>
      <w:r w:rsidRPr="00CA5E83">
        <w:rPr>
          <w:sz w:val="24"/>
          <w:szCs w:val="24"/>
        </w:rPr>
        <w:t>Dichiaro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che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il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menù</w:t>
      </w:r>
      <w:proofErr w:type="spellEnd"/>
      <w:r w:rsidRPr="00CA5E83">
        <w:rPr>
          <w:sz w:val="24"/>
          <w:szCs w:val="24"/>
        </w:rPr>
        <w:t xml:space="preserve"> proposto sarà disponibile presso l’impresa di ristorazione per </w:t>
      </w:r>
      <w:proofErr w:type="spellStart"/>
      <w:r w:rsidRPr="00CA5E83">
        <w:rPr>
          <w:sz w:val="24"/>
          <w:szCs w:val="24"/>
        </w:rPr>
        <w:t>tutta</w:t>
      </w:r>
      <w:proofErr w:type="spellEnd"/>
      <w:r w:rsidRPr="00CA5E83">
        <w:rPr>
          <w:sz w:val="24"/>
          <w:szCs w:val="24"/>
        </w:rPr>
        <w:t xml:space="preserve"> la </w:t>
      </w:r>
      <w:proofErr w:type="spellStart"/>
      <w:r w:rsidRPr="00CA5E83">
        <w:rPr>
          <w:sz w:val="24"/>
          <w:szCs w:val="24"/>
        </w:rPr>
        <w:t>durata</w:t>
      </w:r>
      <w:proofErr w:type="spellEnd"/>
      <w:r w:rsidRPr="00CA5E83">
        <w:rPr>
          <w:sz w:val="24"/>
          <w:szCs w:val="24"/>
        </w:rPr>
        <w:t xml:space="preserve"> del contest.</w:t>
      </w:r>
    </w:p>
    <w:p w:rsidR="003D4BF7" w:rsidRPr="00CA5E83" w:rsidRDefault="008B308F" w:rsidP="00CA5E83">
      <w:pPr>
        <w:spacing w:after="20"/>
        <w:ind w:left="567" w:hanging="567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proofErr w:type="spellStart"/>
      <w:r w:rsidRPr="00CA5E83">
        <w:rPr>
          <w:sz w:val="24"/>
          <w:szCs w:val="24"/>
        </w:rPr>
        <w:t>Dichiaro</w:t>
      </w:r>
      <w:proofErr w:type="spellEnd"/>
      <w:r w:rsidRPr="00CA5E83">
        <w:rPr>
          <w:sz w:val="24"/>
          <w:szCs w:val="24"/>
        </w:rPr>
        <w:t xml:space="preserve"> di </w:t>
      </w:r>
      <w:proofErr w:type="spellStart"/>
      <w:r w:rsidRPr="00CA5E83">
        <w:rPr>
          <w:sz w:val="24"/>
          <w:szCs w:val="24"/>
        </w:rPr>
        <w:t>aderire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all’iniziativa</w:t>
      </w:r>
      <w:proofErr w:type="spellEnd"/>
      <w:r w:rsidRPr="00CA5E83">
        <w:rPr>
          <w:sz w:val="24"/>
          <w:szCs w:val="24"/>
        </w:rPr>
        <w:t xml:space="preserve"> “Ristorazione Belicina di Qualità - L’Eccellenza in Tavola”.</w:t>
      </w:r>
    </w:p>
    <w:p w:rsidR="003D4BF7" w:rsidRPr="00CA5E83" w:rsidRDefault="008B308F" w:rsidP="00CA5E83">
      <w:pPr>
        <w:spacing w:after="20"/>
        <w:ind w:left="567" w:hanging="567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proofErr w:type="spellStart"/>
      <w:r w:rsidRPr="00CA5E83">
        <w:rPr>
          <w:sz w:val="24"/>
          <w:szCs w:val="24"/>
        </w:rPr>
        <w:t>Dichiaro</w:t>
      </w:r>
      <w:proofErr w:type="spellEnd"/>
      <w:r w:rsidRPr="00CA5E83">
        <w:rPr>
          <w:sz w:val="24"/>
          <w:szCs w:val="24"/>
        </w:rPr>
        <w:t xml:space="preserve"> di </w:t>
      </w:r>
      <w:proofErr w:type="spellStart"/>
      <w:r w:rsidRPr="00CA5E83">
        <w:rPr>
          <w:sz w:val="24"/>
          <w:szCs w:val="24"/>
        </w:rPr>
        <w:t>accettare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integralmente</w:t>
      </w:r>
      <w:proofErr w:type="spellEnd"/>
      <w:r w:rsidRPr="00CA5E83">
        <w:rPr>
          <w:sz w:val="24"/>
          <w:szCs w:val="24"/>
        </w:rPr>
        <w:t xml:space="preserve"> il regolamento del Contest e le eventuali comunicazioni operative di Visit Belice.</w:t>
      </w:r>
    </w:p>
    <w:p w:rsidR="003D4BF7" w:rsidRPr="00CA5E83" w:rsidRDefault="008B308F">
      <w:pPr>
        <w:pStyle w:val="Titolo1"/>
        <w:spacing w:after="80"/>
        <w:rPr>
          <w:sz w:val="28"/>
        </w:rPr>
      </w:pPr>
      <w:r w:rsidRPr="00CA5E83">
        <w:rPr>
          <w:sz w:val="28"/>
        </w:rPr>
        <w:t>5. Menù proposto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48"/>
        <w:gridCol w:w="6638"/>
      </w:tblGrid>
      <w:tr w:rsidR="003D4BF7" w:rsidTr="00CA5E83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proofErr w:type="spellStart"/>
            <w:r>
              <w:t>Denominazione</w:t>
            </w:r>
            <w:proofErr w:type="spellEnd"/>
            <w:r>
              <w:t xml:space="preserve"> del </w:t>
            </w:r>
            <w:proofErr w:type="spellStart"/>
            <w:r>
              <w:t>menù</w:t>
            </w:r>
            <w:proofErr w:type="spellEnd"/>
          </w:p>
        </w:tc>
        <w:tc>
          <w:tcPr>
            <w:tcW w:w="66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 w:rsidTr="00CA5E83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CA5E83" w:rsidRDefault="008B308F">
            <w:pPr>
              <w:spacing w:after="0"/>
            </w:pPr>
            <w:proofErr w:type="spellStart"/>
            <w:r>
              <w:t>Prezzo</w:t>
            </w:r>
            <w:proofErr w:type="spellEnd"/>
            <w:r>
              <w:t xml:space="preserve"> del </w:t>
            </w:r>
            <w:proofErr w:type="spellStart"/>
            <w:r>
              <w:t>menù</w:t>
            </w:r>
            <w:proofErr w:type="spellEnd"/>
            <w:r>
              <w:t xml:space="preserve"> </w:t>
            </w:r>
            <w:r w:rsidR="00CA5E83">
              <w:t>(a persona)</w:t>
            </w:r>
          </w:p>
          <w:p w:rsidR="003D4BF7" w:rsidRDefault="008B308F">
            <w:pPr>
              <w:spacing w:after="0"/>
            </w:pPr>
            <w:r>
              <w:t xml:space="preserve">/ </w:t>
            </w:r>
            <w:proofErr w:type="spellStart"/>
            <w:r>
              <w:t>indicazioni</w:t>
            </w:r>
            <w:proofErr w:type="spellEnd"/>
            <w:r>
              <w:t xml:space="preserve"> </w:t>
            </w:r>
            <w:proofErr w:type="spellStart"/>
            <w:r>
              <w:t>commerciali</w:t>
            </w:r>
            <w:proofErr w:type="spellEnd"/>
          </w:p>
        </w:tc>
        <w:tc>
          <w:tcPr>
            <w:tcW w:w="66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</w:tbl>
    <w:p w:rsidR="00CA5E83" w:rsidRDefault="00CA5E83">
      <w:pPr>
        <w:spacing w:after="80"/>
      </w:pPr>
    </w:p>
    <w:p w:rsidR="003D4BF7" w:rsidRDefault="008B308F">
      <w:pPr>
        <w:spacing w:after="80"/>
      </w:pPr>
      <w:r>
        <w:t xml:space="preserve">Breve </w:t>
      </w:r>
      <w:proofErr w:type="spellStart"/>
      <w:r>
        <w:t>relazione</w:t>
      </w:r>
      <w:proofErr w:type="spellEnd"/>
      <w:r>
        <w:t xml:space="preserve"> di </w:t>
      </w:r>
      <w:proofErr w:type="spellStart"/>
      <w:r>
        <w:t>presentazione</w:t>
      </w:r>
      <w:proofErr w:type="spellEnd"/>
      <w:r>
        <w:t xml:space="preserve"> del menù e coerenza con le tradizioni culinarie del territorio</w:t>
      </w:r>
    </w:p>
    <w:tbl>
      <w:tblPr>
        <w:tblW w:w="9639" w:type="dxa"/>
        <w:tblInd w:w="392" w:type="dxa"/>
        <w:tblLook w:val="04A0" w:firstRow="1" w:lastRow="0" w:firstColumn="1" w:lastColumn="0" w:noHBand="0" w:noVBand="1"/>
      </w:tblPr>
      <w:tblGrid>
        <w:gridCol w:w="9639"/>
      </w:tblGrid>
      <w:tr w:rsidR="003D4BF7" w:rsidTr="00CA5E83">
        <w:trPr>
          <w:trHeight w:val="1701"/>
        </w:trPr>
        <w:tc>
          <w:tcPr>
            <w:tcW w:w="963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/>
        </w:tc>
      </w:tr>
    </w:tbl>
    <w:p w:rsidR="003D4BF7" w:rsidRPr="00CA5E83" w:rsidRDefault="008B308F">
      <w:pPr>
        <w:pStyle w:val="Titolo1"/>
        <w:spacing w:after="80"/>
        <w:rPr>
          <w:sz w:val="28"/>
        </w:rPr>
      </w:pPr>
      <w:r w:rsidRPr="00CA5E83">
        <w:rPr>
          <w:sz w:val="28"/>
        </w:rPr>
        <w:t>6. Descrizione delle portate</w:t>
      </w:r>
    </w:p>
    <w:p w:rsidR="003D4BF7" w:rsidRDefault="008B308F">
      <w:pPr>
        <w:pStyle w:val="Titolo2"/>
        <w:spacing w:after="80"/>
      </w:pPr>
      <w:r>
        <w:rPr>
          <w:b w:val="0"/>
        </w:rPr>
        <w:t>Antipasto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400"/>
        <w:gridCol w:w="3400"/>
        <w:gridCol w:w="3400"/>
      </w:tblGrid>
      <w:tr w:rsidR="003D4BF7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Pr="00CA5E83" w:rsidRDefault="008B308F" w:rsidP="00CA5E83">
            <w:pPr>
              <w:spacing w:after="0"/>
              <w:jc w:val="right"/>
              <w:rPr>
                <w:b/>
              </w:rPr>
            </w:pPr>
            <w:r w:rsidRPr="00CA5E83">
              <w:rPr>
                <w:b/>
              </w:rPr>
              <w:t xml:space="preserve">Nome </w:t>
            </w:r>
            <w:proofErr w:type="spellStart"/>
            <w:r w:rsidRPr="00CA5E83">
              <w:rPr>
                <w:b/>
              </w:rPr>
              <w:t>della</w:t>
            </w:r>
            <w:proofErr w:type="spellEnd"/>
            <w:r w:rsidRPr="00CA5E83">
              <w:rPr>
                <w:b/>
              </w:rPr>
              <w:t xml:space="preserve"> </w:t>
            </w:r>
            <w:proofErr w:type="spellStart"/>
            <w:r w:rsidRPr="00CA5E83">
              <w:rPr>
                <w:b/>
              </w:rPr>
              <w:t>portata</w:t>
            </w:r>
            <w:proofErr w:type="spellEnd"/>
            <w:r w:rsidR="00CA5E83" w:rsidRPr="00CA5E83">
              <w:rPr>
                <w:b/>
              </w:rPr>
              <w:t>:</w:t>
            </w:r>
          </w:p>
        </w:tc>
        <w:tc>
          <w:tcPr>
            <w:tcW w:w="6577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</w:tcPr>
          <w:p w:rsidR="003D4BF7" w:rsidRDefault="008B308F">
            <w:pPr>
              <w:spacing w:after="0"/>
            </w:pPr>
            <w:r>
              <w:t>Ingrediente</w:t>
            </w: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</w:tcPr>
          <w:p w:rsidR="003D4BF7" w:rsidRDefault="008B308F">
            <w:pPr>
              <w:spacing w:after="0"/>
            </w:pPr>
            <w:r>
              <w:t>Provenienza / produttore</w:t>
            </w: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</w:tcPr>
          <w:p w:rsidR="003D4BF7" w:rsidRDefault="008B308F">
            <w:pPr>
              <w:spacing w:after="0"/>
            </w:pPr>
            <w:r>
              <w:t>Prodotto identitario del Belice?</w:t>
            </w:r>
          </w:p>
        </w:tc>
      </w:tr>
      <w:tr w:rsidR="003D4BF7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</w:tr>
    </w:tbl>
    <w:p w:rsidR="003D4BF7" w:rsidRDefault="008B308F">
      <w:pPr>
        <w:pStyle w:val="Titolo2"/>
        <w:spacing w:after="80"/>
      </w:pPr>
      <w:r>
        <w:rPr>
          <w:b w:val="0"/>
        </w:rPr>
        <w:t>Primo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400"/>
        <w:gridCol w:w="3400"/>
        <w:gridCol w:w="3400"/>
      </w:tblGrid>
      <w:tr w:rsidR="00CA5E83" w:rsidTr="00CA5E83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CA5E83" w:rsidRPr="00CA5E83" w:rsidRDefault="00CA5E83" w:rsidP="00CA5E83">
            <w:pPr>
              <w:spacing w:after="0"/>
              <w:jc w:val="right"/>
              <w:rPr>
                <w:b/>
              </w:rPr>
            </w:pPr>
            <w:r w:rsidRPr="00CA5E83">
              <w:rPr>
                <w:b/>
              </w:rPr>
              <w:t xml:space="preserve">Nome </w:t>
            </w:r>
            <w:proofErr w:type="spellStart"/>
            <w:r w:rsidRPr="00CA5E83">
              <w:rPr>
                <w:b/>
              </w:rPr>
              <w:t>della</w:t>
            </w:r>
            <w:proofErr w:type="spellEnd"/>
            <w:r w:rsidRPr="00CA5E83">
              <w:rPr>
                <w:b/>
              </w:rPr>
              <w:t xml:space="preserve"> </w:t>
            </w:r>
            <w:proofErr w:type="spellStart"/>
            <w:r w:rsidRPr="00CA5E83">
              <w:rPr>
                <w:b/>
              </w:rPr>
              <w:t>portata</w:t>
            </w:r>
            <w:proofErr w:type="spellEnd"/>
            <w:r w:rsidRPr="00CA5E83">
              <w:rPr>
                <w:b/>
              </w:rPr>
              <w:t>:</w:t>
            </w:r>
          </w:p>
        </w:tc>
        <w:tc>
          <w:tcPr>
            <w:tcW w:w="6800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CA5E83" w:rsidRDefault="00CA5E83" w:rsidP="00CA5E83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</w:tcPr>
          <w:p w:rsidR="003D4BF7" w:rsidRDefault="008B308F">
            <w:pPr>
              <w:spacing w:after="0"/>
            </w:pPr>
            <w:r>
              <w:t>Ingrediente</w:t>
            </w: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</w:tcPr>
          <w:p w:rsidR="003D4BF7" w:rsidRDefault="008B308F">
            <w:pPr>
              <w:spacing w:after="0"/>
            </w:pPr>
            <w:r>
              <w:t>Provenienza / produttore</w:t>
            </w: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</w:tcPr>
          <w:p w:rsidR="003D4BF7" w:rsidRDefault="008B308F">
            <w:pPr>
              <w:spacing w:after="0"/>
            </w:pPr>
            <w:r>
              <w:t>Prodotto identitario del Belice?</w:t>
            </w:r>
          </w:p>
        </w:tc>
      </w:tr>
      <w:tr w:rsidR="003D4BF7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</w:tr>
    </w:tbl>
    <w:p w:rsidR="003D4BF7" w:rsidRDefault="008B308F">
      <w:pPr>
        <w:pStyle w:val="Titolo2"/>
        <w:spacing w:after="80"/>
      </w:pPr>
      <w:r>
        <w:rPr>
          <w:b w:val="0"/>
        </w:rPr>
        <w:lastRenderedPageBreak/>
        <w:t>Secondo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400"/>
        <w:gridCol w:w="3400"/>
        <w:gridCol w:w="3400"/>
      </w:tblGrid>
      <w:tr w:rsidR="00CA5E83" w:rsidTr="00CA5E83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CA5E83" w:rsidRPr="00CA5E83" w:rsidRDefault="00CA5E83" w:rsidP="00CA5E83">
            <w:pPr>
              <w:spacing w:after="0"/>
              <w:jc w:val="right"/>
              <w:rPr>
                <w:b/>
              </w:rPr>
            </w:pPr>
            <w:r w:rsidRPr="00CA5E83">
              <w:rPr>
                <w:b/>
              </w:rPr>
              <w:t xml:space="preserve">Nome </w:t>
            </w:r>
            <w:proofErr w:type="spellStart"/>
            <w:r w:rsidRPr="00CA5E83">
              <w:rPr>
                <w:b/>
              </w:rPr>
              <w:t>della</w:t>
            </w:r>
            <w:proofErr w:type="spellEnd"/>
            <w:r w:rsidRPr="00CA5E83">
              <w:rPr>
                <w:b/>
              </w:rPr>
              <w:t xml:space="preserve"> </w:t>
            </w:r>
            <w:proofErr w:type="spellStart"/>
            <w:r w:rsidRPr="00CA5E83">
              <w:rPr>
                <w:b/>
              </w:rPr>
              <w:t>portata</w:t>
            </w:r>
            <w:proofErr w:type="spellEnd"/>
            <w:r w:rsidRPr="00CA5E83">
              <w:rPr>
                <w:b/>
              </w:rPr>
              <w:t>:</w:t>
            </w:r>
          </w:p>
        </w:tc>
        <w:tc>
          <w:tcPr>
            <w:tcW w:w="6800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CA5E83" w:rsidRDefault="00CA5E83" w:rsidP="00CA5E83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</w:tcPr>
          <w:p w:rsidR="003D4BF7" w:rsidRDefault="008B308F">
            <w:pPr>
              <w:spacing w:after="0"/>
            </w:pPr>
            <w:r>
              <w:t>Ingrediente</w:t>
            </w: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</w:tcPr>
          <w:p w:rsidR="003D4BF7" w:rsidRDefault="008B308F">
            <w:pPr>
              <w:spacing w:after="0"/>
            </w:pPr>
            <w:r>
              <w:t>Provenienza / produttore</w:t>
            </w: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</w:tcPr>
          <w:p w:rsidR="003D4BF7" w:rsidRDefault="008B308F">
            <w:pPr>
              <w:spacing w:after="0"/>
            </w:pPr>
            <w:r>
              <w:t>Prodotto identitario del Belice?</w:t>
            </w:r>
          </w:p>
        </w:tc>
      </w:tr>
      <w:tr w:rsidR="003D4BF7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</w:tr>
    </w:tbl>
    <w:p w:rsidR="003D4BF7" w:rsidRDefault="008B308F">
      <w:pPr>
        <w:pStyle w:val="Titolo2"/>
        <w:spacing w:after="80"/>
      </w:pPr>
      <w:r>
        <w:rPr>
          <w:b w:val="0"/>
        </w:rPr>
        <w:t>Dolce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400"/>
        <w:gridCol w:w="3400"/>
        <w:gridCol w:w="3400"/>
      </w:tblGrid>
      <w:tr w:rsidR="00CA5E83" w:rsidTr="00CA5E83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CA5E83" w:rsidRPr="00CA5E83" w:rsidRDefault="00CA5E83" w:rsidP="00CA5E83">
            <w:pPr>
              <w:spacing w:after="0"/>
              <w:jc w:val="right"/>
              <w:rPr>
                <w:b/>
              </w:rPr>
            </w:pPr>
            <w:r w:rsidRPr="00CA5E83">
              <w:rPr>
                <w:b/>
              </w:rPr>
              <w:t xml:space="preserve">Nome </w:t>
            </w:r>
            <w:proofErr w:type="spellStart"/>
            <w:r w:rsidRPr="00CA5E83">
              <w:rPr>
                <w:b/>
              </w:rPr>
              <w:t>della</w:t>
            </w:r>
            <w:proofErr w:type="spellEnd"/>
            <w:r w:rsidRPr="00CA5E83">
              <w:rPr>
                <w:b/>
              </w:rPr>
              <w:t xml:space="preserve"> </w:t>
            </w:r>
            <w:proofErr w:type="spellStart"/>
            <w:r w:rsidRPr="00CA5E83">
              <w:rPr>
                <w:b/>
              </w:rPr>
              <w:t>portata</w:t>
            </w:r>
            <w:proofErr w:type="spellEnd"/>
            <w:r w:rsidRPr="00CA5E83">
              <w:rPr>
                <w:b/>
              </w:rPr>
              <w:t>:</w:t>
            </w:r>
          </w:p>
        </w:tc>
        <w:tc>
          <w:tcPr>
            <w:tcW w:w="6800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CA5E83" w:rsidRDefault="00CA5E83" w:rsidP="00CA5E83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</w:tcPr>
          <w:p w:rsidR="003D4BF7" w:rsidRDefault="008B308F">
            <w:pPr>
              <w:spacing w:after="0"/>
            </w:pPr>
            <w:r>
              <w:t>Ingrediente</w:t>
            </w: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</w:tcPr>
          <w:p w:rsidR="003D4BF7" w:rsidRDefault="008B308F">
            <w:pPr>
              <w:spacing w:after="0"/>
            </w:pPr>
            <w:r>
              <w:t>Provenienza / produttore</w:t>
            </w: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</w:tcPr>
          <w:p w:rsidR="003D4BF7" w:rsidRDefault="008B308F">
            <w:pPr>
              <w:spacing w:after="0"/>
            </w:pPr>
            <w:r>
              <w:t>Prodotto identitario del Belice?</w:t>
            </w:r>
          </w:p>
        </w:tc>
      </w:tr>
      <w:tr w:rsidR="003D4BF7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  <w:tc>
          <w:tcPr>
            <w:tcW w:w="3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3D4BF7" w:rsidRDefault="003D4BF7">
            <w:pPr>
              <w:spacing w:after="0"/>
            </w:pPr>
          </w:p>
        </w:tc>
      </w:tr>
    </w:tbl>
    <w:p w:rsidR="003D4BF7" w:rsidRPr="00CA5E83" w:rsidRDefault="008B308F">
      <w:pPr>
        <w:pStyle w:val="Titolo1"/>
        <w:spacing w:after="80"/>
        <w:rPr>
          <w:sz w:val="28"/>
        </w:rPr>
      </w:pPr>
      <w:r w:rsidRPr="00CA5E83">
        <w:rPr>
          <w:sz w:val="28"/>
        </w:rPr>
        <w:t xml:space="preserve">7. Coupon </w:t>
      </w:r>
      <w:proofErr w:type="spellStart"/>
      <w:r w:rsidRPr="00CA5E83">
        <w:rPr>
          <w:sz w:val="28"/>
        </w:rPr>
        <w:t>promozionale</w:t>
      </w:r>
      <w:proofErr w:type="spellEnd"/>
      <w:r w:rsidR="00CA5E83">
        <w:rPr>
          <w:sz w:val="28"/>
        </w:rPr>
        <w:t xml:space="preserve"> </w:t>
      </w:r>
      <w:r w:rsidR="00CA5E83" w:rsidRPr="00CA5E83">
        <w:rPr>
          <w:b w:val="0"/>
          <w:szCs w:val="24"/>
        </w:rPr>
        <w:sym w:font="Wingdings" w:char="F078"/>
      </w:r>
    </w:p>
    <w:p w:rsidR="003D4BF7" w:rsidRPr="00CA5E83" w:rsidRDefault="008B308F">
      <w:pPr>
        <w:spacing w:after="20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Pr="00CA5E83">
        <w:rPr>
          <w:sz w:val="24"/>
          <w:szCs w:val="24"/>
        </w:rPr>
        <w:t>L’impresa è disponibile ad aderire al coupon scaricabile dal sito Visit Belice.</w:t>
      </w:r>
    </w:p>
    <w:p w:rsidR="003D4BF7" w:rsidRPr="00CA5E83" w:rsidRDefault="008B308F">
      <w:pPr>
        <w:spacing w:after="20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Pr="00CA5E83">
        <w:rPr>
          <w:sz w:val="24"/>
          <w:szCs w:val="24"/>
        </w:rPr>
        <w:t>L’impresa non intende aderire al coupon.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48"/>
        <w:gridCol w:w="6577"/>
      </w:tblGrid>
      <w:tr w:rsidR="003D4BF7" w:rsidRPr="00CA5E83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Pr="00CA5E83" w:rsidRDefault="008B308F">
            <w:pPr>
              <w:spacing w:after="0"/>
              <w:rPr>
                <w:sz w:val="24"/>
                <w:szCs w:val="24"/>
              </w:rPr>
            </w:pPr>
            <w:r w:rsidRPr="00CA5E83">
              <w:rPr>
                <w:sz w:val="24"/>
                <w:szCs w:val="24"/>
              </w:rPr>
              <w:t>Sconto percentuale riconosciuto al tavolo che presenta il coupon</w:t>
            </w:r>
          </w:p>
        </w:tc>
        <w:tc>
          <w:tcPr>
            <w:tcW w:w="65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Pr="00CA5E83" w:rsidRDefault="008B308F">
            <w:pPr>
              <w:spacing w:after="0"/>
              <w:rPr>
                <w:sz w:val="24"/>
                <w:szCs w:val="24"/>
              </w:rPr>
            </w:pPr>
            <w:r w:rsidRPr="00CA5E83">
              <w:rPr>
                <w:sz w:val="24"/>
                <w:szCs w:val="24"/>
              </w:rPr>
              <w:t>______ % sul totale del conto</w:t>
            </w:r>
          </w:p>
        </w:tc>
      </w:tr>
      <w:tr w:rsidR="003D4BF7" w:rsidRPr="00CA5E83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Pr="00CA5E83" w:rsidRDefault="008B308F">
            <w:pPr>
              <w:spacing w:after="0"/>
              <w:rPr>
                <w:sz w:val="24"/>
                <w:szCs w:val="24"/>
              </w:rPr>
            </w:pPr>
            <w:r w:rsidRPr="00CA5E83">
              <w:rPr>
                <w:sz w:val="24"/>
                <w:szCs w:val="24"/>
              </w:rPr>
              <w:t>Eventuali condizioni o limitazioni del coupon</w:t>
            </w:r>
          </w:p>
        </w:tc>
        <w:tc>
          <w:tcPr>
            <w:tcW w:w="65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Pr="00CA5E83" w:rsidRDefault="003D4BF7">
            <w:pPr>
              <w:spacing w:after="0"/>
              <w:rPr>
                <w:sz w:val="24"/>
                <w:szCs w:val="24"/>
              </w:rPr>
            </w:pPr>
          </w:p>
        </w:tc>
      </w:tr>
    </w:tbl>
    <w:p w:rsidR="003D4BF7" w:rsidRPr="00CA5E83" w:rsidRDefault="008B308F">
      <w:pPr>
        <w:pStyle w:val="Titolo1"/>
        <w:spacing w:after="80"/>
        <w:rPr>
          <w:sz w:val="28"/>
        </w:rPr>
      </w:pPr>
      <w:r w:rsidRPr="00CA5E83">
        <w:rPr>
          <w:sz w:val="28"/>
        </w:rPr>
        <w:t xml:space="preserve">8. </w:t>
      </w:r>
      <w:proofErr w:type="spellStart"/>
      <w:r w:rsidRPr="00CA5E83">
        <w:rPr>
          <w:sz w:val="28"/>
        </w:rPr>
        <w:t>Materiali</w:t>
      </w:r>
      <w:proofErr w:type="spellEnd"/>
      <w:r w:rsidRPr="00CA5E83">
        <w:rPr>
          <w:sz w:val="28"/>
        </w:rPr>
        <w:t xml:space="preserve"> da </w:t>
      </w:r>
      <w:proofErr w:type="spellStart"/>
      <w:r w:rsidRPr="00CA5E83">
        <w:rPr>
          <w:sz w:val="28"/>
        </w:rPr>
        <w:t>trasmettere</w:t>
      </w:r>
      <w:proofErr w:type="spellEnd"/>
      <w:r w:rsidRPr="00CA5E83">
        <w:rPr>
          <w:sz w:val="28"/>
        </w:rPr>
        <w:t xml:space="preserve"> in </w:t>
      </w:r>
      <w:proofErr w:type="spellStart"/>
      <w:r w:rsidRPr="00CA5E83">
        <w:rPr>
          <w:sz w:val="28"/>
        </w:rPr>
        <w:t>allegato</w:t>
      </w:r>
      <w:proofErr w:type="spellEnd"/>
      <w:r w:rsidR="00CA5E83">
        <w:rPr>
          <w:sz w:val="28"/>
        </w:rPr>
        <w:t xml:space="preserve"> </w:t>
      </w:r>
      <w:r w:rsidR="00CA5E83" w:rsidRPr="00CA5E83">
        <w:rPr>
          <w:b w:val="0"/>
          <w:szCs w:val="24"/>
        </w:rPr>
        <w:sym w:font="Wingdings" w:char="F078"/>
      </w:r>
    </w:p>
    <w:p w:rsidR="003D4BF7" w:rsidRPr="00CA5E83" w:rsidRDefault="008B308F" w:rsidP="00CA5E83">
      <w:pPr>
        <w:spacing w:after="20"/>
        <w:ind w:left="426" w:hanging="426"/>
        <w:jc w:val="both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proofErr w:type="spellStart"/>
      <w:r w:rsidRPr="00CA5E83">
        <w:rPr>
          <w:sz w:val="24"/>
          <w:szCs w:val="24"/>
        </w:rPr>
        <w:t>Relazione</w:t>
      </w:r>
      <w:proofErr w:type="spellEnd"/>
      <w:r w:rsidRPr="00CA5E83">
        <w:rPr>
          <w:sz w:val="24"/>
          <w:szCs w:val="24"/>
        </w:rPr>
        <w:t xml:space="preserve"> di </w:t>
      </w:r>
      <w:proofErr w:type="spellStart"/>
      <w:r w:rsidRPr="00CA5E83">
        <w:rPr>
          <w:sz w:val="24"/>
          <w:szCs w:val="24"/>
        </w:rPr>
        <w:t>presentazione</w:t>
      </w:r>
      <w:proofErr w:type="spellEnd"/>
      <w:r w:rsidRPr="00CA5E83">
        <w:rPr>
          <w:sz w:val="24"/>
          <w:szCs w:val="24"/>
        </w:rPr>
        <w:t xml:space="preserve"> del menù </w:t>
      </w:r>
      <w:proofErr w:type="spellStart"/>
      <w:r w:rsidRPr="00CA5E83">
        <w:rPr>
          <w:sz w:val="24"/>
          <w:szCs w:val="24"/>
        </w:rPr>
        <w:t>oppure</w:t>
      </w:r>
      <w:proofErr w:type="spellEnd"/>
      <w:r w:rsidRPr="00CA5E83">
        <w:rPr>
          <w:sz w:val="24"/>
          <w:szCs w:val="24"/>
        </w:rPr>
        <w:t xml:space="preserve"> breve video </w:t>
      </w:r>
      <w:proofErr w:type="spellStart"/>
      <w:r w:rsidRPr="00CA5E83">
        <w:rPr>
          <w:sz w:val="24"/>
          <w:szCs w:val="24"/>
        </w:rPr>
        <w:t>dello</w:t>
      </w:r>
      <w:proofErr w:type="spellEnd"/>
      <w:r w:rsidRPr="00CA5E83">
        <w:rPr>
          <w:sz w:val="24"/>
          <w:szCs w:val="24"/>
        </w:rPr>
        <w:t xml:space="preserve"> Chef/</w:t>
      </w:r>
      <w:proofErr w:type="spellStart"/>
      <w:r w:rsidRPr="00CA5E83">
        <w:rPr>
          <w:sz w:val="24"/>
          <w:szCs w:val="24"/>
        </w:rPr>
        <w:t>creatore</w:t>
      </w:r>
      <w:proofErr w:type="spellEnd"/>
      <w:r w:rsidRPr="00CA5E83">
        <w:rPr>
          <w:sz w:val="24"/>
          <w:szCs w:val="24"/>
        </w:rPr>
        <w:t xml:space="preserve"> del </w:t>
      </w:r>
      <w:proofErr w:type="spellStart"/>
      <w:r w:rsidRPr="00CA5E83">
        <w:rPr>
          <w:sz w:val="24"/>
          <w:szCs w:val="24"/>
        </w:rPr>
        <w:t>menù</w:t>
      </w:r>
      <w:proofErr w:type="spellEnd"/>
      <w:r w:rsidRPr="00CA5E83">
        <w:rPr>
          <w:sz w:val="24"/>
          <w:szCs w:val="24"/>
        </w:rPr>
        <w:t>.</w:t>
      </w:r>
    </w:p>
    <w:p w:rsidR="003D4BF7" w:rsidRPr="00CA5E83" w:rsidRDefault="008B308F" w:rsidP="00CA5E83">
      <w:pPr>
        <w:spacing w:after="20"/>
        <w:ind w:left="426" w:hanging="426"/>
        <w:jc w:val="both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proofErr w:type="spellStart"/>
      <w:r w:rsidRPr="00CA5E83">
        <w:rPr>
          <w:sz w:val="24"/>
          <w:szCs w:val="24"/>
        </w:rPr>
        <w:t>Foto</w:t>
      </w:r>
      <w:proofErr w:type="spellEnd"/>
      <w:r w:rsidRPr="00CA5E83">
        <w:rPr>
          <w:sz w:val="24"/>
          <w:szCs w:val="24"/>
        </w:rPr>
        <w:t xml:space="preserve"> di </w:t>
      </w:r>
      <w:proofErr w:type="spellStart"/>
      <w:r w:rsidRPr="00CA5E83">
        <w:rPr>
          <w:sz w:val="24"/>
          <w:szCs w:val="24"/>
        </w:rPr>
        <w:t>alta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qualità</w:t>
      </w:r>
      <w:proofErr w:type="spellEnd"/>
      <w:r w:rsidRPr="00CA5E83">
        <w:rPr>
          <w:sz w:val="24"/>
          <w:szCs w:val="24"/>
        </w:rPr>
        <w:t xml:space="preserve"> del ristorante/location.</w:t>
      </w:r>
    </w:p>
    <w:p w:rsidR="003D4BF7" w:rsidRPr="00CA5E83" w:rsidRDefault="008B308F" w:rsidP="00CA5E83">
      <w:pPr>
        <w:spacing w:after="20"/>
        <w:ind w:left="426" w:hanging="426"/>
        <w:jc w:val="both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proofErr w:type="spellStart"/>
      <w:r w:rsidRPr="00CA5E83">
        <w:rPr>
          <w:sz w:val="24"/>
          <w:szCs w:val="24"/>
        </w:rPr>
        <w:t>Foto</w:t>
      </w:r>
      <w:proofErr w:type="spellEnd"/>
      <w:r w:rsidRPr="00CA5E83">
        <w:rPr>
          <w:sz w:val="24"/>
          <w:szCs w:val="24"/>
        </w:rPr>
        <w:t xml:space="preserve"> di </w:t>
      </w:r>
      <w:proofErr w:type="spellStart"/>
      <w:r w:rsidRPr="00CA5E83">
        <w:rPr>
          <w:sz w:val="24"/>
          <w:szCs w:val="24"/>
        </w:rPr>
        <w:t>alta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qualità</w:t>
      </w:r>
      <w:proofErr w:type="spellEnd"/>
      <w:r w:rsidRPr="00CA5E83">
        <w:rPr>
          <w:sz w:val="24"/>
          <w:szCs w:val="24"/>
        </w:rPr>
        <w:t xml:space="preserve"> delle singole portate e dell’impiattamento.</w:t>
      </w:r>
    </w:p>
    <w:p w:rsidR="003D4BF7" w:rsidRPr="00CA5E83" w:rsidRDefault="008B308F" w:rsidP="00CA5E83">
      <w:pPr>
        <w:spacing w:after="20"/>
        <w:ind w:left="426" w:hanging="426"/>
        <w:jc w:val="both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r w:rsidRPr="00CA5E83">
        <w:rPr>
          <w:sz w:val="24"/>
          <w:szCs w:val="24"/>
        </w:rPr>
        <w:t>Company profile del ristorante con informazioni utili alla pubblicazione online.</w:t>
      </w:r>
    </w:p>
    <w:p w:rsidR="003D4BF7" w:rsidRPr="00CA5E83" w:rsidRDefault="008B308F" w:rsidP="00CA5E83">
      <w:pPr>
        <w:spacing w:after="20"/>
        <w:ind w:left="426" w:hanging="426"/>
        <w:jc w:val="both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proofErr w:type="spellStart"/>
      <w:r w:rsidRPr="00CA5E83">
        <w:rPr>
          <w:sz w:val="24"/>
          <w:szCs w:val="24"/>
        </w:rPr>
        <w:t>Liberatoria</w:t>
      </w:r>
      <w:proofErr w:type="spellEnd"/>
      <w:r w:rsidRPr="00CA5E83">
        <w:rPr>
          <w:sz w:val="24"/>
          <w:szCs w:val="24"/>
        </w:rPr>
        <w:t>/</w:t>
      </w:r>
      <w:proofErr w:type="spellStart"/>
      <w:r w:rsidRPr="00CA5E83">
        <w:rPr>
          <w:sz w:val="24"/>
          <w:szCs w:val="24"/>
        </w:rPr>
        <w:t>autorizzazione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all’utilizzo</w:t>
      </w:r>
      <w:proofErr w:type="spellEnd"/>
      <w:r w:rsidRPr="00CA5E83">
        <w:rPr>
          <w:sz w:val="24"/>
          <w:szCs w:val="24"/>
        </w:rPr>
        <w:t xml:space="preserve"> del </w:t>
      </w:r>
      <w:proofErr w:type="spellStart"/>
      <w:r w:rsidRPr="00CA5E83">
        <w:rPr>
          <w:sz w:val="24"/>
          <w:szCs w:val="24"/>
        </w:rPr>
        <w:t>materiale</w:t>
      </w:r>
      <w:proofErr w:type="spellEnd"/>
      <w:r w:rsidRPr="00CA5E83">
        <w:rPr>
          <w:sz w:val="24"/>
          <w:szCs w:val="24"/>
        </w:rPr>
        <w:t xml:space="preserve"> fotografico e video.</w:t>
      </w:r>
    </w:p>
    <w:p w:rsidR="003D4BF7" w:rsidRPr="00CA5E83" w:rsidRDefault="008B308F" w:rsidP="00CA5E83">
      <w:pPr>
        <w:spacing w:after="20"/>
        <w:ind w:left="426" w:hanging="426"/>
        <w:jc w:val="both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proofErr w:type="spellStart"/>
      <w:r w:rsidRPr="00CA5E83">
        <w:rPr>
          <w:sz w:val="24"/>
          <w:szCs w:val="24"/>
        </w:rPr>
        <w:t>Documento</w:t>
      </w:r>
      <w:proofErr w:type="spellEnd"/>
      <w:r w:rsidRPr="00CA5E83">
        <w:rPr>
          <w:sz w:val="24"/>
          <w:szCs w:val="24"/>
        </w:rPr>
        <w:t xml:space="preserve"> di </w:t>
      </w:r>
      <w:proofErr w:type="spellStart"/>
      <w:r w:rsidRPr="00CA5E83">
        <w:rPr>
          <w:sz w:val="24"/>
          <w:szCs w:val="24"/>
        </w:rPr>
        <w:t>identità</w:t>
      </w:r>
      <w:proofErr w:type="spellEnd"/>
      <w:r w:rsidRPr="00CA5E83">
        <w:rPr>
          <w:sz w:val="24"/>
          <w:szCs w:val="24"/>
        </w:rPr>
        <w:t xml:space="preserve"> del legale rappresentante o del soggetto firmatario.</w:t>
      </w:r>
    </w:p>
    <w:p w:rsidR="003D4BF7" w:rsidRPr="00CA5E83" w:rsidRDefault="008B308F">
      <w:pPr>
        <w:pStyle w:val="Titolo1"/>
        <w:spacing w:after="80"/>
        <w:rPr>
          <w:sz w:val="28"/>
        </w:rPr>
      </w:pPr>
      <w:r w:rsidRPr="00CA5E83">
        <w:rPr>
          <w:sz w:val="28"/>
        </w:rPr>
        <w:t xml:space="preserve">9. Autorizzazione all’uso di </w:t>
      </w:r>
      <w:proofErr w:type="spellStart"/>
      <w:r w:rsidRPr="00CA5E83">
        <w:rPr>
          <w:sz w:val="28"/>
        </w:rPr>
        <w:t>immagini</w:t>
      </w:r>
      <w:proofErr w:type="spellEnd"/>
      <w:r w:rsidRPr="00CA5E83">
        <w:rPr>
          <w:sz w:val="28"/>
        </w:rPr>
        <w:t xml:space="preserve">, video e </w:t>
      </w:r>
      <w:proofErr w:type="spellStart"/>
      <w:r w:rsidRPr="00CA5E83">
        <w:rPr>
          <w:sz w:val="28"/>
        </w:rPr>
        <w:t>materiali</w:t>
      </w:r>
      <w:proofErr w:type="spellEnd"/>
      <w:r w:rsidRPr="00CA5E83">
        <w:rPr>
          <w:sz w:val="28"/>
        </w:rPr>
        <w:t xml:space="preserve"> </w:t>
      </w:r>
      <w:proofErr w:type="spellStart"/>
      <w:r w:rsidRPr="00CA5E83">
        <w:rPr>
          <w:sz w:val="28"/>
        </w:rPr>
        <w:t>promozionali</w:t>
      </w:r>
      <w:proofErr w:type="spellEnd"/>
      <w:r w:rsidR="00CA5E83">
        <w:rPr>
          <w:sz w:val="28"/>
        </w:rPr>
        <w:t xml:space="preserve"> </w:t>
      </w:r>
      <w:r w:rsidR="00CA5E83" w:rsidRPr="00CA5E83">
        <w:rPr>
          <w:b w:val="0"/>
          <w:szCs w:val="24"/>
        </w:rPr>
        <w:sym w:font="Wingdings" w:char="F078"/>
      </w:r>
    </w:p>
    <w:p w:rsidR="003D4BF7" w:rsidRPr="00CA5E83" w:rsidRDefault="008B308F" w:rsidP="00CA5E83">
      <w:pPr>
        <w:spacing w:after="80"/>
        <w:jc w:val="both"/>
        <w:rPr>
          <w:sz w:val="24"/>
          <w:szCs w:val="24"/>
        </w:rPr>
      </w:pPr>
      <w:r w:rsidRPr="00CA5E83">
        <w:rPr>
          <w:sz w:val="24"/>
          <w:szCs w:val="24"/>
        </w:rPr>
        <w:t>Con la sottoscrizione del presente modulo, l’impresa autorizza Visit Belice a utilizzare, pubblicare e diffondere il materiale fotografico, video e descrittivo trasmesso, esclusivamente per finalità connesse alla promozione del Contest, alla pubblicazione sul portale turistico Visit Belice e alla comunicazione dell’iniziativa sui canali social e promozionali collegati.</w:t>
      </w:r>
    </w:p>
    <w:p w:rsidR="003D4BF7" w:rsidRPr="00CA5E83" w:rsidRDefault="008B308F" w:rsidP="00CA5E83">
      <w:pPr>
        <w:spacing w:after="20"/>
        <w:ind w:left="426" w:hanging="426"/>
        <w:jc w:val="both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proofErr w:type="spellStart"/>
      <w:r w:rsidRPr="00CA5E83">
        <w:rPr>
          <w:sz w:val="24"/>
          <w:szCs w:val="24"/>
        </w:rPr>
        <w:t>Autorizzo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l’utilizzo</w:t>
      </w:r>
      <w:proofErr w:type="spellEnd"/>
      <w:r w:rsidRPr="00CA5E83">
        <w:rPr>
          <w:sz w:val="24"/>
          <w:szCs w:val="24"/>
        </w:rPr>
        <w:t xml:space="preserve"> del </w:t>
      </w:r>
      <w:proofErr w:type="spellStart"/>
      <w:r w:rsidRPr="00CA5E83">
        <w:rPr>
          <w:sz w:val="24"/>
          <w:szCs w:val="24"/>
        </w:rPr>
        <w:t>materiale</w:t>
      </w:r>
      <w:proofErr w:type="spellEnd"/>
      <w:r w:rsidRPr="00CA5E83">
        <w:rPr>
          <w:sz w:val="24"/>
          <w:szCs w:val="24"/>
        </w:rPr>
        <w:t xml:space="preserve"> fotografico, video e descrittivo </w:t>
      </w:r>
      <w:proofErr w:type="spellStart"/>
      <w:r w:rsidRPr="00CA5E83">
        <w:rPr>
          <w:sz w:val="24"/>
          <w:szCs w:val="24"/>
        </w:rPr>
        <w:t>trasmesso</w:t>
      </w:r>
      <w:proofErr w:type="spellEnd"/>
      <w:r w:rsidRPr="00CA5E83">
        <w:rPr>
          <w:sz w:val="24"/>
          <w:szCs w:val="24"/>
        </w:rPr>
        <w:t xml:space="preserve"> per le </w:t>
      </w:r>
      <w:proofErr w:type="spellStart"/>
      <w:r w:rsidRPr="00CA5E83">
        <w:rPr>
          <w:sz w:val="24"/>
          <w:szCs w:val="24"/>
        </w:rPr>
        <w:t>finalità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sopra</w:t>
      </w:r>
      <w:proofErr w:type="spellEnd"/>
      <w:r w:rsidRPr="00CA5E83">
        <w:rPr>
          <w:sz w:val="24"/>
          <w:szCs w:val="24"/>
        </w:rPr>
        <w:t xml:space="preserve"> indicate.</w:t>
      </w:r>
    </w:p>
    <w:p w:rsidR="003D4BF7" w:rsidRPr="00CA5E83" w:rsidRDefault="008B308F">
      <w:pPr>
        <w:pStyle w:val="Titolo1"/>
        <w:spacing w:after="80"/>
        <w:rPr>
          <w:sz w:val="28"/>
        </w:rPr>
      </w:pPr>
      <w:r w:rsidRPr="00CA5E83">
        <w:rPr>
          <w:sz w:val="28"/>
        </w:rPr>
        <w:lastRenderedPageBreak/>
        <w:t xml:space="preserve">10. </w:t>
      </w:r>
      <w:proofErr w:type="spellStart"/>
      <w:r w:rsidRPr="00CA5E83">
        <w:rPr>
          <w:sz w:val="28"/>
        </w:rPr>
        <w:t>Dichiarazioni</w:t>
      </w:r>
      <w:proofErr w:type="spellEnd"/>
      <w:r w:rsidRPr="00CA5E83">
        <w:rPr>
          <w:sz w:val="28"/>
        </w:rPr>
        <w:t xml:space="preserve"> </w:t>
      </w:r>
      <w:proofErr w:type="spellStart"/>
      <w:r w:rsidRPr="00CA5E83">
        <w:rPr>
          <w:sz w:val="28"/>
        </w:rPr>
        <w:t>finali</w:t>
      </w:r>
      <w:proofErr w:type="spellEnd"/>
      <w:r w:rsidR="00CA5E83">
        <w:rPr>
          <w:sz w:val="28"/>
        </w:rPr>
        <w:t xml:space="preserve"> </w:t>
      </w:r>
      <w:r w:rsidR="00CA5E83" w:rsidRPr="00CA5E83">
        <w:rPr>
          <w:b w:val="0"/>
          <w:szCs w:val="24"/>
        </w:rPr>
        <w:sym w:font="Wingdings" w:char="F078"/>
      </w:r>
    </w:p>
    <w:p w:rsidR="003D4BF7" w:rsidRPr="00CA5E83" w:rsidRDefault="008B308F" w:rsidP="00CA5E83">
      <w:pPr>
        <w:spacing w:after="20"/>
        <w:ind w:left="426" w:hanging="426"/>
        <w:jc w:val="both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r w:rsidRPr="00CA5E83">
        <w:rPr>
          <w:sz w:val="24"/>
          <w:szCs w:val="24"/>
        </w:rPr>
        <w:t xml:space="preserve">Le </w:t>
      </w:r>
      <w:proofErr w:type="spellStart"/>
      <w:r w:rsidRPr="00CA5E83">
        <w:rPr>
          <w:sz w:val="24"/>
          <w:szCs w:val="24"/>
        </w:rPr>
        <w:t>informazioni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fornite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nel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presente</w:t>
      </w:r>
      <w:proofErr w:type="spellEnd"/>
      <w:r w:rsidRPr="00CA5E83">
        <w:rPr>
          <w:sz w:val="24"/>
          <w:szCs w:val="24"/>
        </w:rPr>
        <w:t xml:space="preserve"> modulo e </w:t>
      </w:r>
      <w:proofErr w:type="spellStart"/>
      <w:r w:rsidRPr="00CA5E83">
        <w:rPr>
          <w:sz w:val="24"/>
          <w:szCs w:val="24"/>
        </w:rPr>
        <w:t>negli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allegati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sono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veritiere</w:t>
      </w:r>
      <w:proofErr w:type="spellEnd"/>
      <w:r w:rsidRPr="00CA5E83">
        <w:rPr>
          <w:sz w:val="24"/>
          <w:szCs w:val="24"/>
        </w:rPr>
        <w:t xml:space="preserve"> e complete.</w:t>
      </w:r>
    </w:p>
    <w:p w:rsidR="003D4BF7" w:rsidRPr="00CA5E83" w:rsidRDefault="008B308F" w:rsidP="00CA5E83">
      <w:pPr>
        <w:spacing w:after="20"/>
        <w:ind w:left="426" w:hanging="426"/>
        <w:jc w:val="both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proofErr w:type="spellStart"/>
      <w:r w:rsidRPr="00CA5E83">
        <w:rPr>
          <w:sz w:val="24"/>
          <w:szCs w:val="24"/>
        </w:rPr>
        <w:t>L’impresa</w:t>
      </w:r>
      <w:proofErr w:type="spellEnd"/>
      <w:r w:rsidRPr="00CA5E83">
        <w:rPr>
          <w:sz w:val="24"/>
          <w:szCs w:val="24"/>
        </w:rPr>
        <w:t xml:space="preserve"> è in </w:t>
      </w:r>
      <w:proofErr w:type="spellStart"/>
      <w:r w:rsidRPr="00CA5E83">
        <w:rPr>
          <w:sz w:val="24"/>
          <w:szCs w:val="24"/>
        </w:rPr>
        <w:t>possesso</w:t>
      </w:r>
      <w:proofErr w:type="spellEnd"/>
      <w:r w:rsidRPr="00CA5E83">
        <w:rPr>
          <w:sz w:val="24"/>
          <w:szCs w:val="24"/>
        </w:rPr>
        <w:t xml:space="preserve"> dei requisiti amministrativi e professionali per l’esercizio dell’attività di ristorazione.</w:t>
      </w:r>
    </w:p>
    <w:p w:rsidR="003D4BF7" w:rsidRPr="00CA5E83" w:rsidRDefault="008B308F" w:rsidP="00CA5E83">
      <w:pPr>
        <w:spacing w:after="20"/>
        <w:ind w:left="426" w:hanging="426"/>
        <w:jc w:val="both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proofErr w:type="spellStart"/>
      <w:r w:rsidRPr="00CA5E83">
        <w:rPr>
          <w:sz w:val="24"/>
          <w:szCs w:val="24"/>
        </w:rPr>
        <w:t>L’impresa</w:t>
      </w:r>
      <w:proofErr w:type="spellEnd"/>
      <w:r w:rsidR="00180C76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si</w:t>
      </w:r>
      <w:proofErr w:type="spellEnd"/>
      <w:r w:rsidR="00180C76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impegna</w:t>
      </w:r>
      <w:proofErr w:type="spellEnd"/>
      <w:r w:rsidR="00180C76">
        <w:rPr>
          <w:sz w:val="24"/>
          <w:szCs w:val="24"/>
        </w:rPr>
        <w:t xml:space="preserve"> </w:t>
      </w:r>
      <w:r w:rsidRPr="00CA5E83">
        <w:rPr>
          <w:sz w:val="24"/>
          <w:szCs w:val="24"/>
        </w:rPr>
        <w:t xml:space="preserve">a </w:t>
      </w:r>
      <w:proofErr w:type="spellStart"/>
      <w:r w:rsidRPr="00CA5E83">
        <w:rPr>
          <w:sz w:val="24"/>
          <w:szCs w:val="24"/>
        </w:rPr>
        <w:t>collaborare</w:t>
      </w:r>
      <w:proofErr w:type="spellEnd"/>
      <w:r w:rsidRPr="00CA5E83">
        <w:rPr>
          <w:sz w:val="24"/>
          <w:szCs w:val="24"/>
        </w:rPr>
        <w:t xml:space="preserve"> con Visit </w:t>
      </w:r>
      <w:proofErr w:type="spellStart"/>
      <w:r w:rsidRPr="00CA5E83">
        <w:rPr>
          <w:sz w:val="24"/>
          <w:szCs w:val="24"/>
        </w:rPr>
        <w:t>Belice</w:t>
      </w:r>
      <w:proofErr w:type="spellEnd"/>
      <w:r w:rsidRPr="00CA5E83">
        <w:rPr>
          <w:sz w:val="24"/>
          <w:szCs w:val="24"/>
        </w:rPr>
        <w:t xml:space="preserve"> per eventuali verifiche, richieste integrative e attività promozionali connesse al contest.</w:t>
      </w:r>
    </w:p>
    <w:p w:rsidR="003D4BF7" w:rsidRPr="00CA5E83" w:rsidRDefault="008B308F" w:rsidP="00CA5E83">
      <w:pPr>
        <w:spacing w:after="20"/>
        <w:ind w:left="426" w:hanging="426"/>
        <w:jc w:val="both"/>
        <w:rPr>
          <w:sz w:val="24"/>
          <w:szCs w:val="24"/>
        </w:rPr>
      </w:pPr>
      <w:r w:rsidRPr="00CA5E83">
        <w:rPr>
          <w:b/>
          <w:sz w:val="24"/>
          <w:szCs w:val="24"/>
        </w:rPr>
        <w:t xml:space="preserve">☐ </w:t>
      </w:r>
      <w:r w:rsidR="00CA5E83">
        <w:rPr>
          <w:b/>
          <w:sz w:val="24"/>
          <w:szCs w:val="24"/>
        </w:rPr>
        <w:tab/>
      </w:r>
      <w:proofErr w:type="spellStart"/>
      <w:r w:rsidRPr="00CA5E83">
        <w:rPr>
          <w:sz w:val="24"/>
          <w:szCs w:val="24"/>
        </w:rPr>
        <w:t>L’impresa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prende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atto</w:t>
      </w:r>
      <w:proofErr w:type="spellEnd"/>
      <w:r w:rsidRPr="00CA5E83">
        <w:rPr>
          <w:sz w:val="24"/>
          <w:szCs w:val="24"/>
        </w:rPr>
        <w:t xml:space="preserve"> </w:t>
      </w:r>
      <w:proofErr w:type="spellStart"/>
      <w:r w:rsidRPr="00CA5E83">
        <w:rPr>
          <w:sz w:val="24"/>
          <w:szCs w:val="24"/>
        </w:rPr>
        <w:t>che</w:t>
      </w:r>
      <w:proofErr w:type="spellEnd"/>
      <w:r w:rsidRPr="00CA5E83">
        <w:rPr>
          <w:sz w:val="24"/>
          <w:szCs w:val="24"/>
        </w:rPr>
        <w:t xml:space="preserve"> l’ammissione al contest sarà comunicata da Visit Belice a seguito della valutazione preliminare della candidatura.</w:t>
      </w:r>
    </w:p>
    <w:p w:rsidR="003D4BF7" w:rsidRPr="001F403C" w:rsidRDefault="008B308F">
      <w:pPr>
        <w:pStyle w:val="Titolo1"/>
        <w:spacing w:after="80"/>
        <w:rPr>
          <w:sz w:val="28"/>
        </w:rPr>
      </w:pPr>
      <w:r w:rsidRPr="001F403C">
        <w:rPr>
          <w:sz w:val="28"/>
        </w:rPr>
        <w:t>11. Privacy</w:t>
      </w:r>
      <w:r w:rsidR="001F403C">
        <w:rPr>
          <w:sz w:val="28"/>
        </w:rPr>
        <w:t xml:space="preserve"> </w:t>
      </w:r>
      <w:r w:rsidR="001F403C" w:rsidRPr="00CA5E83">
        <w:rPr>
          <w:b w:val="0"/>
          <w:szCs w:val="24"/>
        </w:rPr>
        <w:sym w:font="Wingdings" w:char="F078"/>
      </w:r>
    </w:p>
    <w:p w:rsidR="003D4BF7" w:rsidRDefault="008B308F">
      <w:pPr>
        <w:spacing w:after="80"/>
      </w:pPr>
      <w:r>
        <w:t>I dati personali e aziendali indicati nel presente modulo saranno trattati da Visit Belice esclusivamente per la gestione della manifestazione di interesse, della candidatura al Contest e delle attività promozionali e organizzative connesse all’iniziativa, nel rispetto della normativa vigente in materia di protezione dei dati personali.</w:t>
      </w:r>
    </w:p>
    <w:p w:rsidR="003D4BF7" w:rsidRDefault="008B308F">
      <w:pPr>
        <w:spacing w:after="20"/>
      </w:pPr>
      <w:r>
        <w:rPr>
          <w:b/>
        </w:rPr>
        <w:t xml:space="preserve">☐ </w:t>
      </w:r>
      <w:r>
        <w:t>Autorizzo il trattamento dei dati per le finalità connesse alla partecipazione al Contest.</w:t>
      </w:r>
    </w:p>
    <w:p w:rsidR="003D4BF7" w:rsidRPr="001F403C" w:rsidRDefault="008B308F">
      <w:pPr>
        <w:pStyle w:val="Titolo1"/>
        <w:spacing w:after="80"/>
        <w:rPr>
          <w:color w:val="0070C0"/>
          <w:sz w:val="28"/>
        </w:rPr>
      </w:pPr>
      <w:r w:rsidRPr="001F403C">
        <w:rPr>
          <w:color w:val="0070C0"/>
          <w:sz w:val="28"/>
        </w:rPr>
        <w:t>12. Sottoscrizione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48"/>
        <w:gridCol w:w="6577"/>
      </w:tblGrid>
      <w:tr w:rsidR="003D4BF7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Luogo e data</w:t>
            </w:r>
          </w:p>
        </w:tc>
        <w:tc>
          <w:tcPr>
            <w:tcW w:w="65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Nome e cognome del firmatario</w:t>
            </w:r>
          </w:p>
        </w:tc>
        <w:tc>
          <w:tcPr>
            <w:tcW w:w="65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Qualifica</w:t>
            </w:r>
          </w:p>
        </w:tc>
        <w:tc>
          <w:tcPr>
            <w:tcW w:w="65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3D4BF7">
            <w:pPr>
              <w:spacing w:after="0"/>
            </w:pPr>
          </w:p>
        </w:tc>
      </w:tr>
      <w:tr w:rsidR="003D4BF7">
        <w:trPr>
          <w:jc w:val="center"/>
        </w:trPr>
        <w:tc>
          <w:tcPr>
            <w:tcW w:w="29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3D4BF7" w:rsidRDefault="008B308F">
            <w:pPr>
              <w:spacing w:after="0"/>
            </w:pPr>
            <w:r>
              <w:t>Firma e timbro dell’impresa</w:t>
            </w:r>
          </w:p>
        </w:tc>
        <w:tc>
          <w:tcPr>
            <w:tcW w:w="65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3D4BF7" w:rsidRDefault="008B308F">
            <w:pPr>
              <w:spacing w:after="0"/>
            </w:pPr>
            <w:r>
              <w:br/>
            </w:r>
            <w:r>
              <w:br/>
            </w:r>
          </w:p>
        </w:tc>
      </w:tr>
    </w:tbl>
    <w:p w:rsidR="008B308F" w:rsidRDefault="008B308F"/>
    <w:sectPr w:rsidR="008B308F" w:rsidSect="00034616">
      <w:headerReference w:type="default" r:id="rId8"/>
      <w:footerReference w:type="default" r:id="rId9"/>
      <w:pgSz w:w="12240" w:h="15840"/>
      <w:pgMar w:top="964" w:right="1020" w:bottom="850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76B5" w:rsidRDefault="009E76B5">
      <w:pPr>
        <w:spacing w:after="0" w:line="240" w:lineRule="auto"/>
      </w:pPr>
      <w:r>
        <w:separator/>
      </w:r>
    </w:p>
  </w:endnote>
  <w:endnote w:type="continuationSeparator" w:id="0">
    <w:p w:rsidR="009E76B5" w:rsidRDefault="009E76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4BF7" w:rsidRDefault="008B308F">
    <w:pPr>
      <w:pStyle w:val="Pidipagina"/>
      <w:jc w:val="center"/>
    </w:pPr>
    <w:r>
      <w:rPr>
        <w:sz w:val="16"/>
      </w:rPr>
      <w:t>Modulo manifestazione di interesse - Contest Sapori del Belice - Visit Belice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76B5" w:rsidRDefault="009E76B5">
      <w:pPr>
        <w:spacing w:after="0" w:line="240" w:lineRule="auto"/>
      </w:pPr>
      <w:r>
        <w:separator/>
      </w:r>
    </w:p>
  </w:footnote>
  <w:footnote w:type="continuationSeparator" w:id="0">
    <w:p w:rsidR="009E76B5" w:rsidRDefault="009E76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613B" w:rsidRDefault="0062613B">
    <w:pPr>
      <w:pStyle w:val="Intestazione"/>
    </w:pPr>
    <w:r>
      <w:rPr>
        <w:noProof/>
        <w:sz w:val="24"/>
        <w:szCs w:val="24"/>
      </w:rPr>
      <w:drawing>
        <wp:inline distT="0" distB="0" distL="0" distR="0" wp14:anchorId="25431C63" wp14:editId="1AA4C0FB">
          <wp:extent cx="1174750" cy="1004411"/>
          <wp:effectExtent l="0" t="0" r="635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ist.-Belicina-600x51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2355" cy="10194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E7EF0"/>
    <w:rsid w:val="0015074B"/>
    <w:rsid w:val="00180C76"/>
    <w:rsid w:val="001F403C"/>
    <w:rsid w:val="0029639D"/>
    <w:rsid w:val="00326F90"/>
    <w:rsid w:val="003D4BF7"/>
    <w:rsid w:val="0062613B"/>
    <w:rsid w:val="008B308F"/>
    <w:rsid w:val="009E76B5"/>
    <w:rsid w:val="00AA1D8D"/>
    <w:rsid w:val="00B47730"/>
    <w:rsid w:val="00CA5E83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BF8859A3-14CC-4F41-82B3-F1CE72136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C693F"/>
    <w:rPr>
      <w:rFonts w:ascii="Arial" w:eastAsia="Arial" w:hAnsi="Arial"/>
      <w:sz w:val="19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1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3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696587-400F-4192-80F0-06447438B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686</Words>
  <Characters>3916</Characters>
  <Application>Microsoft Office Word</Application>
  <DocSecurity>0</DocSecurity>
  <Lines>32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4593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6</cp:revision>
  <dcterms:created xsi:type="dcterms:W3CDTF">2013-12-23T23:15:00Z</dcterms:created>
  <dcterms:modified xsi:type="dcterms:W3CDTF">2026-05-03T09:32:00Z</dcterms:modified>
  <cp:category/>
</cp:coreProperties>
</file>